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9DB20" w14:textId="77777777" w:rsidR="00966FED" w:rsidRDefault="00000000">
      <w:pPr>
        <w:pStyle w:val="Ttulo"/>
        <w:rPr>
          <w:sz w:val="36"/>
          <w:szCs w:val="36"/>
          <w:lang w:val="pt-BR"/>
        </w:rPr>
      </w:pPr>
      <w:r w:rsidRPr="006775A9">
        <w:rPr>
          <w:sz w:val="36"/>
          <w:szCs w:val="36"/>
          <w:lang w:val="pt-BR"/>
        </w:rPr>
        <w:t>Formulário de Inscrição - Prêmio Prefeito Amigo</w:t>
      </w:r>
    </w:p>
    <w:p w14:paraId="7CB5887A" w14:textId="0636B567" w:rsidR="006D35F2" w:rsidRPr="006775A9" w:rsidRDefault="00000000">
      <w:pPr>
        <w:pStyle w:val="Ttulo"/>
        <w:rPr>
          <w:sz w:val="36"/>
          <w:szCs w:val="36"/>
          <w:lang w:val="pt-BR"/>
        </w:rPr>
      </w:pPr>
      <w:r w:rsidRPr="006775A9">
        <w:rPr>
          <w:sz w:val="36"/>
          <w:szCs w:val="36"/>
          <w:lang w:val="pt-BR"/>
        </w:rPr>
        <w:t>da Agricultura Familiar 2025</w:t>
      </w:r>
    </w:p>
    <w:p w14:paraId="5B41A2BC" w14:textId="77777777" w:rsidR="006D35F2" w:rsidRPr="006775A9" w:rsidRDefault="00000000">
      <w:pPr>
        <w:pStyle w:val="Ttulo1"/>
        <w:rPr>
          <w:lang w:val="pt-BR"/>
        </w:rPr>
      </w:pPr>
      <w:r w:rsidRPr="006775A9">
        <w:rPr>
          <w:lang w:val="pt-BR"/>
        </w:rPr>
        <w:t>1. Dados do Município</w:t>
      </w:r>
    </w:p>
    <w:p w14:paraId="000CEE3A" w14:textId="75784C1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Município: </w:t>
      </w:r>
    </w:p>
    <w:p w14:paraId="0B1BD814" w14:textId="3C62E983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Categoria Populacional (assinalar): </w:t>
      </w:r>
      <w:proofErr w:type="gramStart"/>
      <w:r w:rsidRPr="006775A9">
        <w:rPr>
          <w:lang w:val="pt-BR"/>
        </w:rPr>
        <w:t xml:space="preserve">[ </w:t>
      </w:r>
      <w:r w:rsidR="006775A9">
        <w:rPr>
          <w:lang w:val="pt-BR"/>
        </w:rPr>
        <w:t xml:space="preserve"> </w:t>
      </w:r>
      <w:proofErr w:type="gramEnd"/>
      <w:r w:rsidR="006775A9">
        <w:rPr>
          <w:lang w:val="pt-BR"/>
        </w:rPr>
        <w:t xml:space="preserve"> </w:t>
      </w:r>
      <w:r w:rsidRPr="006775A9">
        <w:rPr>
          <w:lang w:val="pt-BR"/>
        </w:rPr>
        <w:t xml:space="preserve">] Cat. 1  [ </w:t>
      </w:r>
      <w:r w:rsidR="006775A9">
        <w:rPr>
          <w:lang w:val="pt-BR"/>
        </w:rPr>
        <w:t xml:space="preserve">  </w:t>
      </w:r>
      <w:r w:rsidRPr="006775A9">
        <w:rPr>
          <w:lang w:val="pt-BR"/>
        </w:rPr>
        <w:t>] Cat. 2  [</w:t>
      </w:r>
      <w:r w:rsidR="006775A9">
        <w:rPr>
          <w:lang w:val="pt-BR"/>
        </w:rPr>
        <w:t xml:space="preserve">  </w:t>
      </w:r>
      <w:r w:rsidRPr="006775A9">
        <w:rPr>
          <w:lang w:val="pt-BR"/>
        </w:rPr>
        <w:t xml:space="preserve"> ] Cat. 3  [</w:t>
      </w:r>
      <w:r w:rsidR="006775A9">
        <w:rPr>
          <w:lang w:val="pt-BR"/>
        </w:rPr>
        <w:t xml:space="preserve">  </w:t>
      </w:r>
      <w:r w:rsidRPr="006775A9">
        <w:rPr>
          <w:lang w:val="pt-BR"/>
        </w:rPr>
        <w:t xml:space="preserve"> ] Cat. 4  [ </w:t>
      </w:r>
      <w:r w:rsidR="006775A9">
        <w:rPr>
          <w:lang w:val="pt-BR"/>
        </w:rPr>
        <w:t xml:space="preserve">  </w:t>
      </w:r>
      <w:r w:rsidRPr="006775A9">
        <w:rPr>
          <w:lang w:val="pt-BR"/>
        </w:rPr>
        <w:t>] Cat. 5</w:t>
      </w:r>
    </w:p>
    <w:p w14:paraId="463D22CD" w14:textId="503C7D7A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Prefeito(a): </w:t>
      </w:r>
    </w:p>
    <w:p w14:paraId="326CE810" w14:textId="46869F29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Endereço </w:t>
      </w:r>
      <w:r w:rsidR="006775A9">
        <w:rPr>
          <w:lang w:val="pt-BR"/>
        </w:rPr>
        <w:t>prefeitura</w:t>
      </w:r>
      <w:r w:rsidRPr="006775A9">
        <w:rPr>
          <w:lang w:val="pt-BR"/>
        </w:rPr>
        <w:t xml:space="preserve">: </w:t>
      </w:r>
    </w:p>
    <w:p w14:paraId="170F6A0F" w14:textId="46802223" w:rsidR="006D35F2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Telefone</w:t>
      </w:r>
      <w:r w:rsidR="006775A9">
        <w:rPr>
          <w:lang w:val="pt-BR"/>
        </w:rPr>
        <w:t xml:space="preserve"> Fixo</w:t>
      </w:r>
      <w:r w:rsidRPr="006775A9">
        <w:rPr>
          <w:lang w:val="pt-BR"/>
        </w:rPr>
        <w:t xml:space="preserve">: </w:t>
      </w:r>
    </w:p>
    <w:p w14:paraId="73161674" w14:textId="053EC36C" w:rsidR="006775A9" w:rsidRPr="006775A9" w:rsidRDefault="006775A9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>
        <w:rPr>
          <w:lang w:val="pt-BR"/>
        </w:rPr>
        <w:t>Telefone Celular:</w:t>
      </w:r>
    </w:p>
    <w:p w14:paraId="4564766C" w14:textId="6D4ADC91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E-mail: </w:t>
      </w:r>
    </w:p>
    <w:p w14:paraId="3A1FF72F" w14:textId="77777777" w:rsidR="006D35F2" w:rsidRPr="006775A9" w:rsidRDefault="00000000">
      <w:pPr>
        <w:pStyle w:val="Ttulo1"/>
        <w:rPr>
          <w:lang w:val="pt-BR"/>
        </w:rPr>
      </w:pPr>
      <w:r w:rsidRPr="006775A9">
        <w:rPr>
          <w:lang w:val="pt-BR"/>
        </w:rPr>
        <w:t>2. Responsável(</w:t>
      </w:r>
      <w:proofErr w:type="spellStart"/>
      <w:r w:rsidRPr="006775A9">
        <w:rPr>
          <w:lang w:val="pt-BR"/>
        </w:rPr>
        <w:t>is</w:t>
      </w:r>
      <w:proofErr w:type="spellEnd"/>
      <w:r w:rsidRPr="006775A9">
        <w:rPr>
          <w:lang w:val="pt-BR"/>
        </w:rPr>
        <w:t>) pelo Projeto</w:t>
      </w:r>
    </w:p>
    <w:p w14:paraId="775A99C4" w14:textId="7002D79C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Nome: </w:t>
      </w:r>
    </w:p>
    <w:p w14:paraId="69C9F048" w14:textId="0B74ED6A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Cargo/Função: </w:t>
      </w:r>
    </w:p>
    <w:p w14:paraId="0313F292" w14:textId="2F70AABA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Telefone/WhatsApp: </w:t>
      </w:r>
    </w:p>
    <w:p w14:paraId="2F4D7A8C" w14:textId="67CF78C5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E-mail: </w:t>
      </w:r>
    </w:p>
    <w:p w14:paraId="4A63067B" w14:textId="77777777" w:rsidR="006D35F2" w:rsidRPr="006775A9" w:rsidRDefault="00000000">
      <w:pPr>
        <w:pStyle w:val="Ttulo1"/>
        <w:rPr>
          <w:lang w:val="pt-BR"/>
        </w:rPr>
      </w:pPr>
      <w:r w:rsidRPr="006775A9">
        <w:rPr>
          <w:lang w:val="pt-BR"/>
        </w:rPr>
        <w:t>3. Informações Gerais do Projeto</w:t>
      </w:r>
    </w:p>
    <w:p w14:paraId="53FC8150" w14:textId="0FF78466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Título do Projeto: </w:t>
      </w:r>
    </w:p>
    <w:p w14:paraId="18F9B1BB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Data de Início: ____/____/_____</w:t>
      </w:r>
      <w:proofErr w:type="gramStart"/>
      <w:r w:rsidRPr="006775A9">
        <w:rPr>
          <w:lang w:val="pt-BR"/>
        </w:rPr>
        <w:t>_  (</w:t>
      </w:r>
      <w:proofErr w:type="gramEnd"/>
      <w:r w:rsidRPr="006775A9">
        <w:rPr>
          <w:lang w:val="pt-BR"/>
        </w:rPr>
        <w:t>se em andamento, informar)</w:t>
      </w:r>
    </w:p>
    <w:p w14:paraId="3E241A57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Resumo do Projeto (máx. 10 linhas):</w:t>
      </w:r>
    </w:p>
    <w:p w14:paraId="5E2ADB51" w14:textId="1F53E318" w:rsidR="006775A9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  <w:r w:rsidR="002B52DA">
        <w:rPr>
          <w:lang w:val="pt-BR"/>
        </w:rPr>
        <w:br/>
      </w:r>
      <w:r w:rsidR="002B52DA">
        <w:rPr>
          <w:lang w:val="pt-BR"/>
        </w:rPr>
        <w:br/>
      </w:r>
      <w:r w:rsidR="002B52DA">
        <w:rPr>
          <w:lang w:val="pt-BR"/>
        </w:rPr>
        <w:br/>
      </w:r>
    </w:p>
    <w:p w14:paraId="235A213C" w14:textId="77777777" w:rsidR="006D35F2" w:rsidRPr="006775A9" w:rsidRDefault="00000000">
      <w:pPr>
        <w:pStyle w:val="Ttulo1"/>
        <w:rPr>
          <w:lang w:val="pt-BR"/>
        </w:rPr>
      </w:pPr>
      <w:r w:rsidRPr="006775A9">
        <w:rPr>
          <w:lang w:val="pt-BR"/>
        </w:rPr>
        <w:lastRenderedPageBreak/>
        <w:t>4. Descrição das Ações e Critérios de Avaliação</w:t>
      </w:r>
    </w:p>
    <w:p w14:paraId="53B9B996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4.1 Relevância do Projeto: (Descrever pertinência e necessidades atendidas)</w:t>
      </w:r>
    </w:p>
    <w:p w14:paraId="17119193" w14:textId="19D1A869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</w:p>
    <w:p w14:paraId="180A8554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4.2 Efetividade (Resultados já alcançados):</w:t>
      </w:r>
    </w:p>
    <w:p w14:paraId="66A9A195" w14:textId="1B367FCA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Pr="006775A9">
        <w:rPr>
          <w:lang w:val="pt-BR"/>
        </w:rPr>
        <w:br/>
      </w:r>
    </w:p>
    <w:p w14:paraId="14A8C891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4.3 Sustentabilidade (continuidade das ações, parceiros):</w:t>
      </w:r>
    </w:p>
    <w:p w14:paraId="2A232AAF" w14:textId="14D1325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P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</w:p>
    <w:p w14:paraId="22294468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4.4 Replicabilidade (possibilidade de adaptação para outras localidades):</w:t>
      </w:r>
    </w:p>
    <w:p w14:paraId="2432128A" w14:textId="3884F1CC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P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</w:p>
    <w:p w14:paraId="2FFDF9EC" w14:textId="77777777" w:rsidR="006D35F2" w:rsidRPr="006775A9" w:rsidRDefault="00000000">
      <w:pPr>
        <w:pStyle w:val="Ttulo1"/>
        <w:rPr>
          <w:lang w:val="pt-BR"/>
        </w:rPr>
      </w:pPr>
      <w:r w:rsidRPr="006775A9">
        <w:rPr>
          <w:lang w:val="pt-BR"/>
        </w:rPr>
        <w:lastRenderedPageBreak/>
        <w:t>5. Subcategorias Temáticas</w:t>
      </w:r>
    </w:p>
    <w:p w14:paraId="3D6998A5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5.1 Inovação (ações criativas e diferenciadas):</w:t>
      </w:r>
    </w:p>
    <w:p w14:paraId="1711B77A" w14:textId="0F3DF402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</w:p>
    <w:p w14:paraId="1DB88C61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5.2 Sustentabilidade Ambiental (práticas sustentáveis):</w:t>
      </w:r>
    </w:p>
    <w:p w14:paraId="4BEE1C89" w14:textId="370EFF62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</w:p>
    <w:p w14:paraId="08C98F8F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5.3 Impacto Social (melhorias diretas na vida dos agricultores familiares):</w:t>
      </w:r>
    </w:p>
    <w:p w14:paraId="379527FB" w14:textId="22A5D9EA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P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="006775A9">
        <w:rPr>
          <w:lang w:val="pt-BR"/>
        </w:rPr>
        <w:br/>
      </w:r>
      <w:r w:rsidRPr="006775A9">
        <w:rPr>
          <w:lang w:val="pt-BR"/>
        </w:rPr>
        <w:br/>
      </w:r>
      <w:r w:rsidRPr="006775A9">
        <w:rPr>
          <w:lang w:val="pt-BR"/>
        </w:rPr>
        <w:br/>
      </w:r>
    </w:p>
    <w:p w14:paraId="702BA983" w14:textId="77777777" w:rsidR="006D35F2" w:rsidRPr="006775A9" w:rsidRDefault="00000000">
      <w:pPr>
        <w:pStyle w:val="Ttulo1"/>
        <w:rPr>
          <w:lang w:val="pt-BR"/>
        </w:rPr>
      </w:pPr>
      <w:r w:rsidRPr="006775A9">
        <w:rPr>
          <w:lang w:val="pt-BR"/>
        </w:rPr>
        <w:t>6. Documentação Complementar</w:t>
      </w:r>
    </w:p>
    <w:p w14:paraId="561304EB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Anexar documentos comprobatórios (fotos, vídeos, relatórios, </w:t>
      </w:r>
      <w:proofErr w:type="gramStart"/>
      <w:r w:rsidRPr="006775A9">
        <w:rPr>
          <w:lang w:val="pt-BR"/>
        </w:rPr>
        <w:t>declarações, etc.</w:t>
      </w:r>
      <w:proofErr w:type="gramEnd"/>
      <w:r w:rsidRPr="006775A9">
        <w:rPr>
          <w:lang w:val="pt-BR"/>
        </w:rPr>
        <w:t>):</w:t>
      </w:r>
    </w:p>
    <w:p w14:paraId="32B08EA7" w14:textId="77777777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Lista dos documentos anexados:</w:t>
      </w:r>
    </w:p>
    <w:p w14:paraId="3A5D69FF" w14:textId="7693F9DC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1. </w:t>
      </w:r>
    </w:p>
    <w:p w14:paraId="2CB8207F" w14:textId="1CFE4CEC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2. </w:t>
      </w:r>
    </w:p>
    <w:p w14:paraId="2EC37F34" w14:textId="7DCF8F00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3. </w:t>
      </w:r>
    </w:p>
    <w:p w14:paraId="1CF3CA48" w14:textId="0BB98EEB" w:rsidR="006D35F2" w:rsidRPr="006775A9" w:rsidRDefault="00000000" w:rsidP="006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 xml:space="preserve">4. </w:t>
      </w:r>
    </w:p>
    <w:p w14:paraId="4FA3DE35" w14:textId="77777777" w:rsidR="006D35F2" w:rsidRPr="006775A9" w:rsidRDefault="00000000">
      <w:pPr>
        <w:pStyle w:val="Ttulo1"/>
        <w:rPr>
          <w:lang w:val="pt-BR"/>
        </w:rPr>
      </w:pPr>
      <w:r w:rsidRPr="006775A9">
        <w:rPr>
          <w:lang w:val="pt-BR"/>
        </w:rPr>
        <w:lastRenderedPageBreak/>
        <w:t>7. Declaração</w:t>
      </w:r>
    </w:p>
    <w:p w14:paraId="5C907DFB" w14:textId="77777777" w:rsidR="006D35F2" w:rsidRPr="006775A9" w:rsidRDefault="00000000" w:rsidP="0096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Declaro que as informações aqui prestadas são verídicas e que estou ciente das regras estabelecidas no Regulamento do Prêmio Prefeito Amigo da Agricultura Familiar 2025.</w:t>
      </w:r>
    </w:p>
    <w:p w14:paraId="1064376E" w14:textId="6FAF3779" w:rsidR="006775A9" w:rsidRPr="006775A9" w:rsidRDefault="00000000" w:rsidP="0096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br/>
      </w:r>
      <w:r w:rsidRPr="006775A9">
        <w:rPr>
          <w:lang w:val="pt-BR"/>
        </w:rPr>
        <w:br/>
        <w:t>Data: ____/____/______</w:t>
      </w:r>
    </w:p>
    <w:p w14:paraId="16F335EA" w14:textId="0BD5278C" w:rsidR="006D35F2" w:rsidRDefault="00000000" w:rsidP="0096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  <w:r w:rsidRPr="006775A9">
        <w:rPr>
          <w:lang w:val="pt-BR"/>
        </w:rPr>
        <w:t>Assinatura do(a) Prefeito(a):</w:t>
      </w:r>
    </w:p>
    <w:p w14:paraId="35CF5B3F" w14:textId="77777777" w:rsidR="00966FED" w:rsidRDefault="00966FED" w:rsidP="0096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t-BR"/>
        </w:rPr>
      </w:pPr>
    </w:p>
    <w:p w14:paraId="78AEAF1B" w14:textId="6BEA3E6D" w:rsidR="00966FED" w:rsidRPr="006775A9" w:rsidRDefault="002B52DA" w:rsidP="00966FED">
      <w:pPr>
        <w:rPr>
          <w:lang w:val="pt-BR"/>
        </w:rPr>
      </w:pPr>
      <w:r>
        <w:rPr>
          <w:lang w:val="pt-BR"/>
        </w:rPr>
        <w:t>Caso seja necessário. Insira mais linhas nos campos em que não há uma delimitação de específica.</w:t>
      </w:r>
    </w:p>
    <w:sectPr w:rsidR="00966FED" w:rsidRPr="006775A9" w:rsidSect="00966FED">
      <w:headerReference w:type="default" r:id="rId8"/>
      <w:pgSz w:w="12240" w:h="15840"/>
      <w:pgMar w:top="1440" w:right="1191" w:bottom="1440" w:left="1418" w:header="41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B00AF" w14:textId="77777777" w:rsidR="00A0775F" w:rsidRDefault="00A0775F" w:rsidP="00966FED">
      <w:pPr>
        <w:spacing w:after="0" w:line="240" w:lineRule="auto"/>
      </w:pPr>
      <w:r>
        <w:separator/>
      </w:r>
    </w:p>
  </w:endnote>
  <w:endnote w:type="continuationSeparator" w:id="0">
    <w:p w14:paraId="05064B4B" w14:textId="77777777" w:rsidR="00A0775F" w:rsidRDefault="00A0775F" w:rsidP="00966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E1715" w14:textId="77777777" w:rsidR="00A0775F" w:rsidRDefault="00A0775F" w:rsidP="00966FED">
      <w:pPr>
        <w:spacing w:after="0" w:line="240" w:lineRule="auto"/>
      </w:pPr>
      <w:r>
        <w:separator/>
      </w:r>
    </w:p>
  </w:footnote>
  <w:footnote w:type="continuationSeparator" w:id="0">
    <w:p w14:paraId="0792A79E" w14:textId="77777777" w:rsidR="00A0775F" w:rsidRDefault="00A0775F" w:rsidP="00966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7B1CF" w14:textId="764FBB73" w:rsidR="00966FED" w:rsidRDefault="00966FED" w:rsidP="00966FED">
    <w:pPr>
      <w:pStyle w:val="Cabealho"/>
      <w:jc w:val="center"/>
    </w:pPr>
    <w:r>
      <w:rPr>
        <w:noProof/>
      </w:rPr>
      <w:drawing>
        <wp:inline distT="0" distB="0" distL="0" distR="0" wp14:anchorId="6BD713F9" wp14:editId="3526388F">
          <wp:extent cx="1386590" cy="523020"/>
          <wp:effectExtent l="0" t="0" r="0" b="0"/>
          <wp:docPr id="1052088801" name="Imagem 1" descr="Desenho de personagem de desenho anima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088801" name="Imagem 1" descr="Desenho de personagem de desenho animado&#10;&#10;O conteúdo gerado por IA pode estar incorre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1756" cy="551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0903402">
    <w:abstractNumId w:val="8"/>
  </w:num>
  <w:num w:numId="2" w16cid:durableId="816726252">
    <w:abstractNumId w:val="6"/>
  </w:num>
  <w:num w:numId="3" w16cid:durableId="1377967937">
    <w:abstractNumId w:val="5"/>
  </w:num>
  <w:num w:numId="4" w16cid:durableId="337466586">
    <w:abstractNumId w:val="4"/>
  </w:num>
  <w:num w:numId="5" w16cid:durableId="1448966225">
    <w:abstractNumId w:val="7"/>
  </w:num>
  <w:num w:numId="6" w16cid:durableId="2821925">
    <w:abstractNumId w:val="3"/>
  </w:num>
  <w:num w:numId="7" w16cid:durableId="943422688">
    <w:abstractNumId w:val="2"/>
  </w:num>
  <w:num w:numId="8" w16cid:durableId="1021474059">
    <w:abstractNumId w:val="1"/>
  </w:num>
  <w:num w:numId="9" w16cid:durableId="1030180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B52DA"/>
    <w:rsid w:val="00326F90"/>
    <w:rsid w:val="006775A9"/>
    <w:rsid w:val="006D35F2"/>
    <w:rsid w:val="00966FED"/>
    <w:rsid w:val="00A0775F"/>
    <w:rsid w:val="00AA1D8D"/>
    <w:rsid w:val="00B47730"/>
    <w:rsid w:val="00B56327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273C22"/>
  <w14:defaultImageDpi w14:val="300"/>
  <w15:docId w15:val="{C4047A8E-5C8C-2F44-8E2E-CC4F7DBF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249</Words>
  <Characters>1347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Natã Santos</cp:lastModifiedBy>
  <cp:revision>2</cp:revision>
  <cp:lastPrinted>2025-03-14T13:05:00Z</cp:lastPrinted>
  <dcterms:created xsi:type="dcterms:W3CDTF">2025-03-14T13:07:00Z</dcterms:created>
  <dcterms:modified xsi:type="dcterms:W3CDTF">2025-03-14T13:07:00Z</dcterms:modified>
  <cp:category/>
</cp:coreProperties>
</file>